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DE339" w14:textId="77777777" w:rsidR="00930F33" w:rsidRPr="00103580" w:rsidRDefault="00930F33">
      <w:pPr>
        <w:spacing w:after="0"/>
        <w:rPr>
          <w:rFonts w:ascii="Times New Roman" w:hAnsi="Times New Roman" w:cs="Times New Roman"/>
          <w:lang w:eastAsia="zh-CN"/>
        </w:rPr>
      </w:pPr>
    </w:p>
    <w:p w14:paraId="0B02DE2C" w14:textId="29F1BB4E" w:rsidR="004A1339" w:rsidRPr="00103580" w:rsidRDefault="00103580">
      <w:pPr>
        <w:rPr>
          <w:rFonts w:ascii="Times New Roman" w:hAnsi="Times New Roman" w:cs="Times New Roman"/>
          <w:sz w:val="32"/>
          <w:szCs w:val="32"/>
        </w:rPr>
      </w:pPr>
      <w:r w:rsidRPr="00103580">
        <w:rPr>
          <w:rFonts w:ascii="Times New Roman" w:hAnsi="Times New Roman" w:cs="Times New Roman"/>
          <w:sz w:val="32"/>
          <w:szCs w:val="32"/>
        </w:rPr>
        <w:t xml:space="preserve">Daily Meditation </w:t>
      </w:r>
      <w:r w:rsidR="00000000" w:rsidRPr="00103580">
        <w:rPr>
          <w:rFonts w:ascii="Times New Roman" w:hAnsi="Times New Roman" w:cs="Times New Roman"/>
          <w:sz w:val="32"/>
          <w:szCs w:val="32"/>
        </w:rPr>
        <w:t xml:space="preserve">09/17/2022  </w:t>
      </w:r>
      <w:r w:rsidRPr="00103580">
        <w:rPr>
          <w:rFonts w:ascii="Times New Roman" w:hAnsi="Times New Roman" w:cs="Times New Roman"/>
          <w:sz w:val="32"/>
          <w:szCs w:val="32"/>
        </w:rPr>
        <w:br/>
      </w:r>
      <w:r w:rsidR="00000000" w:rsidRPr="00103580">
        <w:rPr>
          <w:rFonts w:ascii="Times New Roman" w:hAnsi="Times New Roman" w:cs="Times New Roman"/>
          <w:sz w:val="32"/>
          <w:szCs w:val="32"/>
        </w:rPr>
        <w:t>Our Age of Reckoning, continued</w:t>
      </w:r>
    </w:p>
    <w:p w14:paraId="037C51EA" w14:textId="77777777" w:rsidR="004A1339" w:rsidRPr="00103580" w:rsidRDefault="004A1339">
      <w:pPr>
        <w:spacing w:after="0"/>
        <w:rPr>
          <w:rFonts w:ascii="Times New Roman" w:hAnsi="Times New Roman" w:cs="Times New Roman"/>
        </w:rPr>
      </w:pPr>
    </w:p>
    <w:p w14:paraId="535F2B57" w14:textId="77777777" w:rsidR="004A1339" w:rsidRPr="00103580" w:rsidRDefault="00000000">
      <w:pPr>
        <w:spacing w:after="0"/>
        <w:rPr>
          <w:rFonts w:ascii="Times New Roman" w:hAnsi="Times New Roman" w:cs="Times New Roman"/>
        </w:rPr>
      </w:pPr>
      <w:r w:rsidRPr="00103580">
        <w:rPr>
          <w:rFonts w:ascii="Times New Roman" w:hAnsi="Times New Roman" w:cs="Times New Roman"/>
        </w:rPr>
        <w:t xml:space="preserve">Good morning. </w:t>
      </w:r>
    </w:p>
    <w:p w14:paraId="050E7E54" w14:textId="77777777" w:rsidR="004A1339" w:rsidRPr="00103580" w:rsidRDefault="004A1339">
      <w:pPr>
        <w:spacing w:after="0"/>
        <w:rPr>
          <w:rFonts w:ascii="Times New Roman" w:hAnsi="Times New Roman" w:cs="Times New Roman"/>
        </w:rPr>
      </w:pPr>
    </w:p>
    <w:p w14:paraId="411A10B1" w14:textId="726DE7F8" w:rsidR="004A1339" w:rsidRPr="00103580" w:rsidRDefault="00000000">
      <w:pPr>
        <w:spacing w:after="0"/>
        <w:rPr>
          <w:rFonts w:ascii="Times New Roman" w:hAnsi="Times New Roman" w:cs="Times New Roman"/>
        </w:rPr>
      </w:pPr>
      <w:proofErr w:type="gramStart"/>
      <w:r w:rsidRPr="00103580">
        <w:rPr>
          <w:rFonts w:ascii="Times New Roman" w:hAnsi="Times New Roman" w:cs="Times New Roman"/>
        </w:rPr>
        <w:t>So</w:t>
      </w:r>
      <w:proofErr w:type="gramEnd"/>
      <w:r w:rsidRPr="00103580">
        <w:rPr>
          <w:rFonts w:ascii="Times New Roman" w:hAnsi="Times New Roman" w:cs="Times New Roman"/>
        </w:rPr>
        <w:t xml:space="preserve"> we're continuing our reflections on the passing of Queen Elizabeth the Second. And you recall that context in which we were meditating.</w:t>
      </w:r>
      <w:r w:rsidR="00103580">
        <w:rPr>
          <w:rFonts w:ascii="Times New Roman" w:hAnsi="Times New Roman" w:cs="Times New Roman"/>
        </w:rPr>
        <w:t xml:space="preserve"> </w:t>
      </w:r>
      <w:r w:rsidRPr="00103580">
        <w:rPr>
          <w:rFonts w:ascii="Times New Roman" w:hAnsi="Times New Roman" w:cs="Times New Roman"/>
        </w:rPr>
        <w:t xml:space="preserve">And our daily meditations at the time were in the context of work. </w:t>
      </w:r>
    </w:p>
    <w:p w14:paraId="1FFF1CE3" w14:textId="77777777" w:rsidR="004A1339" w:rsidRPr="00103580" w:rsidRDefault="004A1339">
      <w:pPr>
        <w:spacing w:after="0"/>
        <w:rPr>
          <w:rFonts w:ascii="Times New Roman" w:hAnsi="Times New Roman" w:cs="Times New Roman"/>
        </w:rPr>
      </w:pPr>
    </w:p>
    <w:p w14:paraId="41B589EF" w14:textId="77777777" w:rsidR="00103580" w:rsidRDefault="00000000">
      <w:pPr>
        <w:spacing w:after="0"/>
        <w:rPr>
          <w:rFonts w:ascii="Times New Roman" w:hAnsi="Times New Roman" w:cs="Times New Roman"/>
        </w:rPr>
      </w:pPr>
      <w:r w:rsidRPr="00103580">
        <w:rPr>
          <w:rFonts w:ascii="Times New Roman" w:hAnsi="Times New Roman" w:cs="Times New Roman"/>
        </w:rPr>
        <w:t xml:space="preserve">And I did praise her and held her up as a very hard worker for 70 years. That's a long tenure at work. Many people retire at 65 years of age, not 65 years of work! And I think she should be commended for that. </w:t>
      </w:r>
    </w:p>
    <w:p w14:paraId="0A9AF47A" w14:textId="77777777" w:rsidR="00103580" w:rsidRDefault="00103580">
      <w:pPr>
        <w:spacing w:after="0"/>
        <w:rPr>
          <w:rFonts w:ascii="Times New Roman" w:hAnsi="Times New Roman" w:cs="Times New Roman"/>
        </w:rPr>
      </w:pPr>
    </w:p>
    <w:p w14:paraId="4A7D7E07" w14:textId="77777777" w:rsidR="00103580" w:rsidRDefault="00000000">
      <w:pPr>
        <w:spacing w:after="0"/>
        <w:rPr>
          <w:rFonts w:ascii="Times New Roman" w:hAnsi="Times New Roman" w:cs="Times New Roman"/>
        </w:rPr>
      </w:pPr>
      <w:r w:rsidRPr="00103580">
        <w:rPr>
          <w:rFonts w:ascii="Times New Roman" w:hAnsi="Times New Roman" w:cs="Times New Roman"/>
        </w:rPr>
        <w:t xml:space="preserve">And now, I've been a little surprised by how many people have dumped on the Queen, American people, I may say, at this time. </w:t>
      </w:r>
    </w:p>
    <w:p w14:paraId="222AD0AD" w14:textId="77777777" w:rsidR="00103580" w:rsidRDefault="00103580">
      <w:pPr>
        <w:spacing w:after="0"/>
        <w:rPr>
          <w:rFonts w:ascii="Times New Roman" w:hAnsi="Times New Roman" w:cs="Times New Roman"/>
        </w:rPr>
      </w:pPr>
    </w:p>
    <w:p w14:paraId="7E23DF99" w14:textId="4B58A124" w:rsidR="004A1339" w:rsidRPr="00103580" w:rsidRDefault="00000000">
      <w:pPr>
        <w:spacing w:after="0"/>
        <w:rPr>
          <w:rFonts w:ascii="Times New Roman" w:hAnsi="Times New Roman" w:cs="Times New Roman"/>
        </w:rPr>
      </w:pPr>
      <w:r w:rsidRPr="00103580">
        <w:rPr>
          <w:rFonts w:ascii="Times New Roman" w:hAnsi="Times New Roman" w:cs="Times New Roman"/>
        </w:rPr>
        <w:t xml:space="preserve">And I've been trying to be balanced. </w:t>
      </w:r>
      <w:proofErr w:type="gramStart"/>
      <w:r w:rsidRPr="00103580">
        <w:rPr>
          <w:rFonts w:ascii="Times New Roman" w:hAnsi="Times New Roman" w:cs="Times New Roman"/>
        </w:rPr>
        <w:t>So</w:t>
      </w:r>
      <w:proofErr w:type="gramEnd"/>
      <w:r w:rsidRPr="00103580">
        <w:rPr>
          <w:rFonts w:ascii="Times New Roman" w:hAnsi="Times New Roman" w:cs="Times New Roman"/>
        </w:rPr>
        <w:t xml:space="preserve"> in the first couple of meditations, I talked about the Queen's virtues and accomplishment, and the rest, and also that England has obviously toned down its empire ambitions under her reign, but out of necessity, of course, it was done for them. </w:t>
      </w:r>
    </w:p>
    <w:p w14:paraId="4145FC19" w14:textId="77777777" w:rsidR="004A1339" w:rsidRPr="00103580" w:rsidRDefault="004A1339">
      <w:pPr>
        <w:spacing w:after="0"/>
        <w:rPr>
          <w:rFonts w:ascii="Times New Roman" w:hAnsi="Times New Roman" w:cs="Times New Roman"/>
        </w:rPr>
      </w:pPr>
    </w:p>
    <w:p w14:paraId="434CC5FF" w14:textId="27E53862" w:rsidR="004A1339" w:rsidRPr="00103580" w:rsidRDefault="00000000">
      <w:pPr>
        <w:spacing w:after="0"/>
        <w:rPr>
          <w:rFonts w:ascii="Times New Roman" w:hAnsi="Times New Roman" w:cs="Times New Roman"/>
        </w:rPr>
      </w:pPr>
      <w:r w:rsidRPr="00103580">
        <w:rPr>
          <w:rFonts w:ascii="Times New Roman" w:hAnsi="Times New Roman" w:cs="Times New Roman"/>
        </w:rPr>
        <w:t xml:space="preserve">But still, the English I see are very devoted to Queen Elizabeth and who she was and what she stood for: these long lines, saying their goodbyes and all the rest. I really think it's wrong of Americans to jump on the Queen at this time, or even the devotion to the monarch, if you want to put it that way. It's up to the Englanders to decide whether they want a monarchy or not, not us. And to decide what kind of monarchy it will be. And obviously, they've trimmed the sails 98% in the 20th century, so it's not as if the monarchy has much power. </w:t>
      </w:r>
    </w:p>
    <w:p w14:paraId="7354A96A" w14:textId="77777777" w:rsidR="004A1339" w:rsidRPr="00103580" w:rsidRDefault="004A1339">
      <w:pPr>
        <w:spacing w:after="0"/>
        <w:rPr>
          <w:rFonts w:ascii="Times New Roman" w:hAnsi="Times New Roman" w:cs="Times New Roman"/>
        </w:rPr>
      </w:pPr>
    </w:p>
    <w:p w14:paraId="6222E879" w14:textId="1FB0E138" w:rsidR="004A1339" w:rsidRPr="00103580" w:rsidRDefault="00000000">
      <w:pPr>
        <w:spacing w:after="0"/>
        <w:rPr>
          <w:rFonts w:ascii="Times New Roman" w:hAnsi="Times New Roman" w:cs="Times New Roman"/>
        </w:rPr>
      </w:pPr>
      <w:r w:rsidRPr="00103580">
        <w:rPr>
          <w:rFonts w:ascii="Times New Roman" w:hAnsi="Times New Roman" w:cs="Times New Roman"/>
        </w:rPr>
        <w:t xml:space="preserve">And obviously, it's going to be very different under Charles II than it was under Elizabeth. And all hell may break loose, who knows? </w:t>
      </w:r>
    </w:p>
    <w:p w14:paraId="703D6669" w14:textId="77777777" w:rsidR="004A1339" w:rsidRPr="00103580" w:rsidRDefault="004A1339">
      <w:pPr>
        <w:spacing w:after="0"/>
        <w:rPr>
          <w:rFonts w:ascii="Times New Roman" w:hAnsi="Times New Roman" w:cs="Times New Roman"/>
        </w:rPr>
      </w:pPr>
    </w:p>
    <w:p w14:paraId="29E7C004" w14:textId="77777777" w:rsidR="00103580" w:rsidRDefault="00000000">
      <w:pPr>
        <w:spacing w:after="0"/>
        <w:rPr>
          <w:rFonts w:ascii="Times New Roman" w:hAnsi="Times New Roman" w:cs="Times New Roman"/>
        </w:rPr>
      </w:pPr>
      <w:r w:rsidRPr="00103580">
        <w:rPr>
          <w:rFonts w:ascii="Times New Roman" w:hAnsi="Times New Roman" w:cs="Times New Roman"/>
        </w:rPr>
        <w:t xml:space="preserve">But from my perspective as an American, it's really none of my business. What I tried to do in subsequent essays was to point out that there are attractions behind the monarchy that are bigger than logic and bigger than our opinions. And that there's something symbolic, metaphorical, irrational going on there. </w:t>
      </w:r>
    </w:p>
    <w:p w14:paraId="2D0A9E32" w14:textId="77777777" w:rsidR="00103580" w:rsidRDefault="00103580">
      <w:pPr>
        <w:spacing w:after="0"/>
        <w:rPr>
          <w:rFonts w:ascii="Times New Roman" w:hAnsi="Times New Roman" w:cs="Times New Roman"/>
        </w:rPr>
      </w:pPr>
    </w:p>
    <w:p w14:paraId="7FD6B301" w14:textId="3ABE2E7F" w:rsidR="004A1339" w:rsidRPr="00103580" w:rsidRDefault="00000000">
      <w:pPr>
        <w:spacing w:after="0"/>
        <w:rPr>
          <w:rFonts w:ascii="Times New Roman" w:hAnsi="Times New Roman" w:cs="Times New Roman"/>
        </w:rPr>
      </w:pPr>
      <w:r w:rsidRPr="00103580">
        <w:rPr>
          <w:rFonts w:ascii="Times New Roman" w:hAnsi="Times New Roman" w:cs="Times New Roman"/>
        </w:rPr>
        <w:t xml:space="preserve">And we might pause and learn something from it, because there's a lot of </w:t>
      </w:r>
      <w:proofErr w:type="gramStart"/>
      <w:r w:rsidRPr="00103580">
        <w:rPr>
          <w:rFonts w:ascii="Times New Roman" w:hAnsi="Times New Roman" w:cs="Times New Roman"/>
        </w:rPr>
        <w:t>irrational</w:t>
      </w:r>
      <w:proofErr w:type="gramEnd"/>
      <w:r w:rsidRPr="00103580">
        <w:rPr>
          <w:rFonts w:ascii="Times New Roman" w:hAnsi="Times New Roman" w:cs="Times New Roman"/>
        </w:rPr>
        <w:t xml:space="preserve"> going on i</w:t>
      </w:r>
      <w:r w:rsidR="00103580">
        <w:rPr>
          <w:rFonts w:ascii="Times New Roman" w:hAnsi="Times New Roman" w:cs="Times New Roman"/>
        </w:rPr>
        <w:t xml:space="preserve">n </w:t>
      </w:r>
      <w:r w:rsidRPr="00103580">
        <w:rPr>
          <w:rFonts w:ascii="Times New Roman" w:hAnsi="Times New Roman" w:cs="Times New Roman"/>
        </w:rPr>
        <w:t xml:space="preserve">American culture today and American politics and American media. But so much of it is negative. </w:t>
      </w:r>
    </w:p>
    <w:p w14:paraId="6A9E1BA8" w14:textId="77777777" w:rsidR="004A1339" w:rsidRPr="00103580" w:rsidRDefault="004A1339">
      <w:pPr>
        <w:spacing w:after="0"/>
        <w:rPr>
          <w:rFonts w:ascii="Times New Roman" w:hAnsi="Times New Roman" w:cs="Times New Roman"/>
        </w:rPr>
      </w:pPr>
    </w:p>
    <w:p w14:paraId="75BC9AA2" w14:textId="3B85CB6D" w:rsidR="004A1339" w:rsidRPr="00103580" w:rsidRDefault="00000000">
      <w:pPr>
        <w:spacing w:after="0"/>
        <w:rPr>
          <w:rFonts w:ascii="Times New Roman" w:hAnsi="Times New Roman" w:cs="Times New Roman"/>
        </w:rPr>
      </w:pPr>
      <w:r w:rsidRPr="00103580">
        <w:rPr>
          <w:rFonts w:ascii="Times New Roman" w:hAnsi="Times New Roman" w:cs="Times New Roman"/>
        </w:rPr>
        <w:t xml:space="preserve">At least a lot of the appreciation of the Queen and her work was positive, that she represented the best of English sense of virtue and hard work. And so that's how I kind of see it. And I've just been kind of surprised to see so many vindictive comments coming my way about this. </w:t>
      </w:r>
    </w:p>
    <w:p w14:paraId="5F85263F" w14:textId="77777777" w:rsidR="004A1339" w:rsidRPr="00103580" w:rsidRDefault="004A1339">
      <w:pPr>
        <w:spacing w:after="0"/>
        <w:rPr>
          <w:rFonts w:ascii="Times New Roman" w:hAnsi="Times New Roman" w:cs="Times New Roman"/>
        </w:rPr>
      </w:pPr>
    </w:p>
    <w:p w14:paraId="72AC37B3" w14:textId="77777777" w:rsidR="00103580" w:rsidRDefault="00000000">
      <w:pPr>
        <w:spacing w:after="0"/>
        <w:rPr>
          <w:rFonts w:ascii="Times New Roman" w:hAnsi="Times New Roman" w:cs="Times New Roman"/>
        </w:rPr>
      </w:pPr>
      <w:r w:rsidRPr="00103580">
        <w:rPr>
          <w:rFonts w:ascii="Times New Roman" w:hAnsi="Times New Roman" w:cs="Times New Roman"/>
        </w:rPr>
        <w:t xml:space="preserve">But thirdly, I've tried to adjust what I call the age of reckoning. And I think there's a lot of reckoning going on, whether it's reckoning around slavery in America, around the treatment of indigenous people in America, or around colonialism, and slavery, from other cultures and empires, including, of course, England. </w:t>
      </w:r>
    </w:p>
    <w:p w14:paraId="14E5EAE5" w14:textId="77777777" w:rsidR="00103580" w:rsidRDefault="00103580">
      <w:pPr>
        <w:spacing w:after="0"/>
        <w:rPr>
          <w:rFonts w:ascii="Times New Roman" w:hAnsi="Times New Roman" w:cs="Times New Roman"/>
        </w:rPr>
      </w:pPr>
    </w:p>
    <w:p w14:paraId="1898AF8A" w14:textId="2CFA84CA" w:rsidR="004A1339" w:rsidRPr="00103580" w:rsidRDefault="00000000">
      <w:pPr>
        <w:spacing w:after="0"/>
        <w:rPr>
          <w:rFonts w:ascii="Times New Roman" w:hAnsi="Times New Roman" w:cs="Times New Roman"/>
        </w:rPr>
      </w:pPr>
      <w:r w:rsidRPr="00103580">
        <w:rPr>
          <w:rFonts w:ascii="Times New Roman" w:hAnsi="Times New Roman" w:cs="Times New Roman"/>
        </w:rPr>
        <w:lastRenderedPageBreak/>
        <w:t xml:space="preserve">And </w:t>
      </w:r>
      <w:proofErr w:type="gramStart"/>
      <w:r w:rsidRPr="00103580">
        <w:rPr>
          <w:rFonts w:ascii="Times New Roman" w:hAnsi="Times New Roman" w:cs="Times New Roman"/>
        </w:rPr>
        <w:t>of course</w:t>
      </w:r>
      <w:proofErr w:type="gramEnd"/>
      <w:r w:rsidRPr="00103580">
        <w:rPr>
          <w:rFonts w:ascii="Times New Roman" w:hAnsi="Times New Roman" w:cs="Times New Roman"/>
        </w:rPr>
        <w:t xml:space="preserve"> around religion, that religion is having its day of reckoning today. And I, of course, told the story of the Pope's visit to Canada, and so forth. And </w:t>
      </w:r>
      <w:proofErr w:type="gramStart"/>
      <w:r w:rsidRPr="00103580">
        <w:rPr>
          <w:rFonts w:ascii="Times New Roman" w:hAnsi="Times New Roman" w:cs="Times New Roman"/>
        </w:rPr>
        <w:t>so</w:t>
      </w:r>
      <w:proofErr w:type="gramEnd"/>
      <w:r w:rsidRPr="00103580">
        <w:rPr>
          <w:rFonts w:ascii="Times New Roman" w:hAnsi="Times New Roman" w:cs="Times New Roman"/>
        </w:rPr>
        <w:t xml:space="preserve"> this </w:t>
      </w:r>
      <w:r w:rsidR="00103580" w:rsidRPr="00103580">
        <w:rPr>
          <w:rFonts w:ascii="Times New Roman" w:hAnsi="Times New Roman" w:cs="Times New Roman"/>
        </w:rPr>
        <w:t>explains a lot of the decline of religion in the west today, that</w:t>
      </w:r>
      <w:r w:rsidR="00103580" w:rsidRPr="00103580">
        <w:rPr>
          <w:rFonts w:ascii="Times New Roman" w:hAnsi="Times New Roman" w:cs="Times New Roman"/>
        </w:rPr>
        <w:t xml:space="preserve"> </w:t>
      </w:r>
      <w:r w:rsidRPr="00103580">
        <w:rPr>
          <w:rFonts w:ascii="Times New Roman" w:hAnsi="Times New Roman" w:cs="Times New Roman"/>
        </w:rPr>
        <w:t xml:space="preserve">people, and especially young people, are walking away, because the sins and just the hypocrisy are just too much in one's face, if you will. </w:t>
      </w:r>
    </w:p>
    <w:p w14:paraId="3492F92E" w14:textId="77777777" w:rsidR="004A1339" w:rsidRPr="00103580" w:rsidRDefault="004A1339">
      <w:pPr>
        <w:spacing w:after="0"/>
        <w:rPr>
          <w:rFonts w:ascii="Times New Roman" w:hAnsi="Times New Roman" w:cs="Times New Roman"/>
        </w:rPr>
      </w:pPr>
    </w:p>
    <w:p w14:paraId="3382E6B7" w14:textId="3637CEA6" w:rsidR="004A1339" w:rsidRPr="00103580" w:rsidRDefault="00000000">
      <w:pPr>
        <w:spacing w:after="0"/>
        <w:rPr>
          <w:rFonts w:ascii="Times New Roman" w:hAnsi="Times New Roman" w:cs="Times New Roman"/>
        </w:rPr>
      </w:pPr>
      <w:r w:rsidRPr="00103580">
        <w:rPr>
          <w:rFonts w:ascii="Times New Roman" w:hAnsi="Times New Roman" w:cs="Times New Roman"/>
        </w:rPr>
        <w:t xml:space="preserve">But this is what's happening. It's a sign of the times that the truth is coming out. Some of our myths are melting before our eyes, including such myths as that George Washington and Thomas Jefferson were perfect people or something. They both were slaveholders. </w:t>
      </w:r>
    </w:p>
    <w:p w14:paraId="3FD9D392" w14:textId="77777777" w:rsidR="004A1339" w:rsidRPr="00103580" w:rsidRDefault="004A1339">
      <w:pPr>
        <w:spacing w:after="0"/>
        <w:rPr>
          <w:rFonts w:ascii="Times New Roman" w:hAnsi="Times New Roman" w:cs="Times New Roman"/>
        </w:rPr>
      </w:pPr>
    </w:p>
    <w:p w14:paraId="210B5962" w14:textId="77777777" w:rsidR="00103580" w:rsidRDefault="00000000">
      <w:pPr>
        <w:spacing w:after="0"/>
        <w:rPr>
          <w:rFonts w:ascii="Times New Roman" w:hAnsi="Times New Roman" w:cs="Times New Roman"/>
        </w:rPr>
      </w:pPr>
      <w:r w:rsidRPr="00103580">
        <w:rPr>
          <w:rFonts w:ascii="Times New Roman" w:hAnsi="Times New Roman" w:cs="Times New Roman"/>
        </w:rPr>
        <w:t xml:space="preserve">And so many other myths are being challenged today. And that's what I mean by this umbrella of the age of reckoning. </w:t>
      </w:r>
    </w:p>
    <w:p w14:paraId="3EF0C1D3" w14:textId="77777777" w:rsidR="00103580" w:rsidRDefault="00103580">
      <w:pPr>
        <w:spacing w:after="0"/>
        <w:rPr>
          <w:rFonts w:ascii="Times New Roman" w:hAnsi="Times New Roman" w:cs="Times New Roman"/>
        </w:rPr>
      </w:pPr>
    </w:p>
    <w:p w14:paraId="6A78E852" w14:textId="77777777" w:rsidR="00103580" w:rsidRDefault="00000000">
      <w:pPr>
        <w:spacing w:after="0"/>
        <w:rPr>
          <w:rFonts w:ascii="Times New Roman" w:hAnsi="Times New Roman" w:cs="Times New Roman"/>
        </w:rPr>
      </w:pPr>
      <w:r w:rsidRPr="00103580">
        <w:rPr>
          <w:rFonts w:ascii="Times New Roman" w:hAnsi="Times New Roman" w:cs="Times New Roman"/>
        </w:rPr>
        <w:t xml:space="preserve">Of course, the biggest reckoning of all, as I point out in today's meditation, is Mother Earth, how we've been treating Mother Earth for centuries. </w:t>
      </w:r>
    </w:p>
    <w:p w14:paraId="233E8AB2" w14:textId="77777777" w:rsidR="00103580" w:rsidRDefault="00103580">
      <w:pPr>
        <w:spacing w:after="0"/>
        <w:rPr>
          <w:rFonts w:ascii="Times New Roman" w:hAnsi="Times New Roman" w:cs="Times New Roman"/>
        </w:rPr>
      </w:pPr>
    </w:p>
    <w:p w14:paraId="10865EE3" w14:textId="226FE2B1" w:rsidR="004A1339" w:rsidRPr="00103580" w:rsidRDefault="00000000">
      <w:pPr>
        <w:spacing w:after="0"/>
        <w:rPr>
          <w:rFonts w:ascii="Times New Roman" w:hAnsi="Times New Roman" w:cs="Times New Roman"/>
        </w:rPr>
      </w:pPr>
      <w:r w:rsidRPr="00103580">
        <w:rPr>
          <w:rFonts w:ascii="Times New Roman" w:hAnsi="Times New Roman" w:cs="Times New Roman"/>
        </w:rPr>
        <w:t xml:space="preserve">And this reckoning has come home, hasn't it? We have the receipts in the daily news about climate change, about floods in Pakistan, and in the southern United States and the droughts in the West and the droughts of our great rivers, the Colorado River to the Rhine, to the Danube to the Thames, and the rising of the seas that is beginning in earnest. </w:t>
      </w:r>
    </w:p>
    <w:p w14:paraId="0DF2E968" w14:textId="77777777" w:rsidR="004A1339" w:rsidRPr="00103580" w:rsidRDefault="004A1339">
      <w:pPr>
        <w:spacing w:after="0"/>
        <w:rPr>
          <w:rFonts w:ascii="Times New Roman" w:hAnsi="Times New Roman" w:cs="Times New Roman"/>
        </w:rPr>
      </w:pPr>
    </w:p>
    <w:p w14:paraId="721C65CD" w14:textId="11D12E93" w:rsidR="004A1339" w:rsidRPr="00103580" w:rsidRDefault="00000000">
      <w:pPr>
        <w:spacing w:after="0"/>
        <w:rPr>
          <w:rFonts w:ascii="Times New Roman" w:hAnsi="Times New Roman" w:cs="Times New Roman"/>
        </w:rPr>
      </w:pPr>
      <w:proofErr w:type="gramStart"/>
      <w:r w:rsidRPr="00103580">
        <w:rPr>
          <w:rFonts w:ascii="Times New Roman" w:hAnsi="Times New Roman" w:cs="Times New Roman"/>
        </w:rPr>
        <w:t>So</w:t>
      </w:r>
      <w:proofErr w:type="gramEnd"/>
      <w:r w:rsidRPr="00103580">
        <w:rPr>
          <w:rFonts w:ascii="Times New Roman" w:hAnsi="Times New Roman" w:cs="Times New Roman"/>
        </w:rPr>
        <w:t xml:space="preserve"> it is a time of reckoning. And I think we should recognize that, </w:t>
      </w:r>
      <w:proofErr w:type="spellStart"/>
      <w:r w:rsidRPr="00103580">
        <w:rPr>
          <w:rFonts w:ascii="Times New Roman" w:hAnsi="Times New Roman" w:cs="Times New Roman"/>
        </w:rPr>
        <w:t>it'snot</w:t>
      </w:r>
      <w:proofErr w:type="spellEnd"/>
      <w:r w:rsidRPr="00103580">
        <w:rPr>
          <w:rFonts w:ascii="Times New Roman" w:hAnsi="Times New Roman" w:cs="Times New Roman"/>
        </w:rPr>
        <w:t xml:space="preserve"> just about politics. That enters the picture when we make decisions about what to do. </w:t>
      </w:r>
    </w:p>
    <w:p w14:paraId="467A5C7D" w14:textId="77777777" w:rsidR="004A1339" w:rsidRPr="00103580" w:rsidRDefault="004A1339">
      <w:pPr>
        <w:spacing w:after="0"/>
        <w:rPr>
          <w:rFonts w:ascii="Times New Roman" w:hAnsi="Times New Roman" w:cs="Times New Roman"/>
        </w:rPr>
      </w:pPr>
    </w:p>
    <w:p w14:paraId="15266CB2" w14:textId="2FED902A" w:rsidR="004A1339" w:rsidRPr="00103580" w:rsidRDefault="00000000">
      <w:pPr>
        <w:spacing w:after="0"/>
        <w:rPr>
          <w:rFonts w:ascii="Times New Roman" w:hAnsi="Times New Roman" w:cs="Times New Roman"/>
        </w:rPr>
      </w:pPr>
      <w:r w:rsidRPr="00103580">
        <w:rPr>
          <w:rFonts w:ascii="Times New Roman" w:hAnsi="Times New Roman" w:cs="Times New Roman"/>
        </w:rPr>
        <w:t>But I'm just trying to point out that I think there's a heaviness in the air, a heaviness and that is because we're living in a time of reckoning. And I think this heaviness, a lot of it can be explained in</w:t>
      </w:r>
      <w:r w:rsidR="00103580">
        <w:rPr>
          <w:rFonts w:ascii="Times New Roman" w:hAnsi="Times New Roman" w:cs="Times New Roman"/>
        </w:rPr>
        <w:t xml:space="preserve"> </w:t>
      </w:r>
      <w:r w:rsidRPr="00103580">
        <w:rPr>
          <w:rFonts w:ascii="Times New Roman" w:hAnsi="Times New Roman" w:cs="Times New Roman"/>
        </w:rPr>
        <w:t xml:space="preserve">that these realities, the dwindling, the melting, of so many of our institutions right before our eyes. This makes this a very unnerving time for people. </w:t>
      </w:r>
    </w:p>
    <w:p w14:paraId="7E24B47D" w14:textId="77777777" w:rsidR="004A1339" w:rsidRPr="00103580" w:rsidRDefault="004A1339">
      <w:pPr>
        <w:spacing w:after="0"/>
        <w:rPr>
          <w:rFonts w:ascii="Times New Roman" w:hAnsi="Times New Roman" w:cs="Times New Roman"/>
        </w:rPr>
      </w:pPr>
    </w:p>
    <w:p w14:paraId="612D18B8" w14:textId="77777777" w:rsidR="004A1339" w:rsidRPr="00103580" w:rsidRDefault="00000000">
      <w:pPr>
        <w:spacing w:after="0"/>
        <w:rPr>
          <w:rFonts w:ascii="Times New Roman" w:hAnsi="Times New Roman" w:cs="Times New Roman"/>
        </w:rPr>
      </w:pPr>
      <w:r w:rsidRPr="00103580">
        <w:rPr>
          <w:rFonts w:ascii="Times New Roman" w:hAnsi="Times New Roman" w:cs="Times New Roman"/>
        </w:rPr>
        <w:t>Thank you. We'll see you tomorrow.</w:t>
      </w:r>
    </w:p>
    <w:sectPr w:rsidR="004A1339" w:rsidRPr="00103580" w:rsidSect="001216B9">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503D3" w14:textId="77777777" w:rsidR="00083C11" w:rsidRDefault="00083C11">
      <w:pPr>
        <w:spacing w:after="0" w:line="240" w:lineRule="auto"/>
      </w:pPr>
      <w:r>
        <w:separator/>
      </w:r>
    </w:p>
  </w:endnote>
  <w:endnote w:type="continuationSeparator" w:id="0">
    <w:p w14:paraId="58DC91D1" w14:textId="77777777" w:rsidR="00083C11" w:rsidRDefault="00083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2650680"/>
      <w:docPartObj>
        <w:docPartGallery w:val="Page Numbers (Bottom of Page)"/>
        <w:docPartUnique/>
      </w:docPartObj>
    </w:sdtPr>
    <w:sdtContent>
      <w:p w14:paraId="7FA5FE29" w14:textId="77777777"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Content>
      <w:p w14:paraId="1E1455E5" w14:textId="77777777"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2FF45B" w14:textId="77777777" w:rsidR="001216B9" w:rsidRDefault="00121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Arial" w:hAnsi="Arial" w:cs="Arial"/>
      </w:rPr>
      <w:id w:val="1113323662"/>
      <w:docPartObj>
        <w:docPartGallery w:val="Page Numbers (Bottom of Page)"/>
        <w:docPartUnique/>
      </w:docPartObj>
    </w:sdtPr>
    <w:sdtContent>
      <w:p w14:paraId="2C7D31B5" w14:textId="77777777" w:rsidR="001216B9" w:rsidRPr="009C3AF0" w:rsidRDefault="001216B9" w:rsidP="00A73672">
        <w:pPr>
          <w:pStyle w:val="Footer"/>
          <w:framePr w:wrap="none" w:vAnchor="text" w:hAnchor="margin" w:xAlign="center" w:y="1"/>
          <w:rPr>
            <w:rStyle w:val="PageNumber"/>
            <w:rFonts w:ascii="Arial" w:hAnsi="Arial" w:cs="Arial"/>
          </w:rPr>
        </w:pPr>
        <w:r w:rsidRPr="009C3AF0">
          <w:rPr>
            <w:rStyle w:val="PageNumber"/>
            <w:rFonts w:ascii="Arial" w:hAnsi="Arial" w:cs="Arial"/>
          </w:rPr>
          <w:fldChar w:fldCharType="begin"/>
        </w:r>
        <w:r w:rsidRPr="009C3AF0">
          <w:rPr>
            <w:rStyle w:val="PageNumber"/>
            <w:rFonts w:ascii="Arial" w:hAnsi="Arial" w:cs="Arial"/>
          </w:rPr>
          <w:instrText xml:space="preserve"> PAGE </w:instrText>
        </w:r>
        <w:r w:rsidRPr="009C3AF0">
          <w:rPr>
            <w:rStyle w:val="PageNumber"/>
            <w:rFonts w:ascii="Arial" w:hAnsi="Arial" w:cs="Arial"/>
          </w:rPr>
          <w:fldChar w:fldCharType="separate"/>
        </w:r>
        <w:r w:rsidRPr="009C3AF0">
          <w:rPr>
            <w:rStyle w:val="PageNumber"/>
            <w:rFonts w:ascii="Arial" w:hAnsi="Arial" w:cs="Arial"/>
            <w:noProof/>
          </w:rPr>
          <w:t>- 1 -</w:t>
        </w:r>
        <w:r w:rsidRPr="009C3AF0">
          <w:rPr>
            <w:rStyle w:val="PageNumber"/>
            <w:rFonts w:ascii="Arial" w:hAnsi="Arial" w:cs="Arial"/>
          </w:rPr>
          <w:fldChar w:fldCharType="end"/>
        </w:r>
      </w:p>
    </w:sdtContent>
  </w:sdt>
  <w:p w14:paraId="59E8B7AE" w14:textId="0676CC40" w:rsidR="00930F33" w:rsidRPr="009C3AF0" w:rsidRDefault="00103580">
    <w:pPr>
      <w:pStyle w:val="Footer"/>
      <w:rPr>
        <w:rFonts w:ascii="Arial" w:hAnsi="Arial" w:cs="Arial"/>
        <w:color w:val="BFBFBF" w:themeColor="background1" w:themeShade="BF"/>
      </w:rPr>
    </w:pPr>
    <w:r>
      <w:rPr>
        <w:rFonts w:ascii="Arial" w:hAnsi="Arial" w:cs="Arial"/>
        <w:color w:val="BFBFBF" w:themeColor="background1" w:themeShade="BF"/>
      </w:rPr>
      <w:t xml:space="preserve">© Matthew Fox, </w:t>
    </w:r>
    <w:r>
      <w:rPr>
        <w:rFonts w:ascii="Arial" w:hAnsi="Arial" w:cs="Arial"/>
        <w:color w:val="BFBFBF" w:themeColor="background1" w:themeShade="BF"/>
      </w:rPr>
      <w:t>2022-</w:t>
    </w:r>
    <w:r w:rsidR="001216B9" w:rsidRPr="009C3AF0">
      <w:rPr>
        <w:rFonts w:ascii="Arial" w:hAnsi="Arial" w:cs="Arial"/>
        <w:color w:val="BFBFBF" w:themeColor="background1" w:themeShade="BF"/>
      </w:rPr>
      <w:ptab w:relativeTo="margin" w:alignment="center" w:leader="none"/>
    </w:r>
    <w:r w:rsidR="001216B9" w:rsidRPr="009C3AF0">
      <w:rPr>
        <w:rFonts w:ascii="Arial" w:hAnsi="Arial" w:cs="Arial"/>
        <w:color w:val="BFBFBF" w:themeColor="background1" w:themeShade="BF"/>
      </w:rPr>
      <w:ptab w:relativeTo="margin" w:alignment="right" w:leader="none"/>
    </w:r>
    <w:r w:rsidR="001216B9" w:rsidRPr="009C3AF0">
      <w:rPr>
        <w:rFonts w:ascii="Arial" w:hAnsi="Arial" w:cs="Arial"/>
        <w:color w:val="BFBFBF" w:themeColor="background1" w:themeShade="BF"/>
      </w:rPr>
      <w:t xml:space="preserve">Transcribed by </w:t>
    </w:r>
    <w:hyperlink r:id="rId1" w:history="1">
      <w:r w:rsidR="001216B9" w:rsidRPr="006E2A8C">
        <w:rPr>
          <w:rStyle w:val="Hyperlink"/>
          <w:rFonts w:ascii="Arial" w:hAnsi="Arial" w:cs="Arial"/>
        </w:rPr>
        <w:t>https://otter.ai</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E2E5C" w14:textId="77777777" w:rsidR="006E2A8C" w:rsidRDefault="006E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15594" w14:textId="77777777" w:rsidR="00083C11" w:rsidRDefault="00083C11">
      <w:pPr>
        <w:spacing w:after="0" w:line="240" w:lineRule="auto"/>
      </w:pPr>
      <w:r>
        <w:separator/>
      </w:r>
    </w:p>
  </w:footnote>
  <w:footnote w:type="continuationSeparator" w:id="0">
    <w:p w14:paraId="0182B97D" w14:textId="77777777" w:rsidR="00083C11" w:rsidRDefault="00083C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0A94D" w14:textId="77777777" w:rsidR="006E2A8C" w:rsidRDefault="006E2A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C08DC" w14:textId="77777777" w:rsidR="006E2A8C" w:rsidRDefault="006E2A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261FA" w14:textId="77777777" w:rsidR="006E2A8C" w:rsidRDefault="006E2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3801784">
    <w:abstractNumId w:val="8"/>
  </w:num>
  <w:num w:numId="2" w16cid:durableId="540361834">
    <w:abstractNumId w:val="6"/>
  </w:num>
  <w:num w:numId="3" w16cid:durableId="1938714319">
    <w:abstractNumId w:val="5"/>
  </w:num>
  <w:num w:numId="4" w16cid:durableId="1983658498">
    <w:abstractNumId w:val="4"/>
  </w:num>
  <w:num w:numId="5" w16cid:durableId="1396660109">
    <w:abstractNumId w:val="7"/>
  </w:num>
  <w:num w:numId="6" w16cid:durableId="458187807">
    <w:abstractNumId w:val="3"/>
  </w:num>
  <w:num w:numId="7" w16cid:durableId="2091386756">
    <w:abstractNumId w:val="2"/>
  </w:num>
  <w:num w:numId="8" w16cid:durableId="1467118298">
    <w:abstractNumId w:val="1"/>
  </w:num>
  <w:num w:numId="9" w16cid:durableId="525293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A6B"/>
    <w:rsid w:val="0006063C"/>
    <w:rsid w:val="00066610"/>
    <w:rsid w:val="00083C11"/>
    <w:rsid w:val="00103580"/>
    <w:rsid w:val="001216B9"/>
    <w:rsid w:val="0015074B"/>
    <w:rsid w:val="0029639D"/>
    <w:rsid w:val="00326F90"/>
    <w:rsid w:val="004A1339"/>
    <w:rsid w:val="004A641F"/>
    <w:rsid w:val="004B593C"/>
    <w:rsid w:val="005B08EA"/>
    <w:rsid w:val="006E2A8C"/>
    <w:rsid w:val="007749AF"/>
    <w:rsid w:val="00794EBC"/>
    <w:rsid w:val="00930F33"/>
    <w:rsid w:val="009C3AF0"/>
    <w:rsid w:val="00A12EE5"/>
    <w:rsid w:val="00AA1D8D"/>
    <w:rsid w:val="00B47730"/>
    <w:rsid w:val="00BA4C2B"/>
    <w:rsid w:val="00BD0140"/>
    <w:rsid w:val="00C24502"/>
    <w:rsid w:val="00CB0664"/>
    <w:rsid w:val="00D57E81"/>
    <w:rsid w:val="00ED32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A14840"/>
  <w14:defaultImageDpi w14:val="300"/>
  <w15:docId w15:val="{BBBC883F-E58E-BB4C-A526-B24797FD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otter.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11EC8-F1B9-C84B-81E7-620E13BCC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Phila Hoopes</cp:lastModifiedBy>
  <cp:revision>8</cp:revision>
  <dcterms:created xsi:type="dcterms:W3CDTF">2019-09-10T23:59:00Z</dcterms:created>
  <dcterms:modified xsi:type="dcterms:W3CDTF">2022-09-16T23:49:00Z</dcterms:modified>
  <cp:category/>
</cp:coreProperties>
</file>